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2CE" w:rsidRDefault="00586DA5" w:rsidP="007102CE">
      <w:pPr>
        <w:spacing w:after="0" w:line="240" w:lineRule="auto"/>
        <w:jc w:val="center"/>
        <w:rPr>
          <w:b/>
        </w:rPr>
      </w:pPr>
      <w:r>
        <w:rPr>
          <w:rFonts w:ascii="Arial Narrow" w:hAnsi="Arial Narrow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156210</wp:posOffset>
                </wp:positionH>
                <wp:positionV relativeFrom="paragraph">
                  <wp:posOffset>739775</wp:posOffset>
                </wp:positionV>
                <wp:extent cx="7305675" cy="9525"/>
                <wp:effectExtent l="38100" t="38100" r="66675" b="8572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05675" cy="952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593F16" id="Straight Connector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.3pt,58.25pt" to="587.55pt,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" strokecolor="black [3200]" strokeweight="1.5pt">
                <v:shadow on="t" color="black" opacity="24903f" origin=",.5" offset="0,.55556mm"/>
                <w10:wrap anchorx="margin"/>
              </v:line>
            </w:pict>
          </mc:Fallback>
        </mc:AlternateContent>
      </w:r>
      <w:r w:rsidR="003C164A" w:rsidRPr="009972A8">
        <w:rPr>
          <w:rFonts w:ascii="Arial Narrow" w:hAnsi="Arial Narrow"/>
          <w:noProof/>
          <w:lang w:val="en-IN" w:eastAsia="en-IN"/>
        </w:rPr>
        <w:drawing>
          <wp:inline distT="0" distB="0" distL="0" distR="0">
            <wp:extent cx="6667500" cy="742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DA5" w:rsidRPr="004E39AA" w:rsidRDefault="003C164A" w:rsidP="004E39AA">
      <w:pPr>
        <w:spacing w:after="0" w:line="240" w:lineRule="auto"/>
        <w:jc w:val="right"/>
        <w:rPr>
          <w:b/>
          <w:i/>
          <w:iCs/>
          <w:sz w:val="28"/>
          <w:szCs w:val="28"/>
          <w:lang w:val="en-IN"/>
        </w:rPr>
      </w:pPr>
      <w:r w:rsidRPr="003C164A">
        <w:rPr>
          <w:b/>
          <w:i/>
          <w:iCs/>
          <w:sz w:val="28"/>
          <w:szCs w:val="28"/>
          <w:lang w:val="en-IN"/>
        </w:rPr>
        <w:t xml:space="preserve">Form </w:t>
      </w:r>
      <w:r w:rsidR="009679A5" w:rsidRPr="003C164A">
        <w:rPr>
          <w:b/>
          <w:i/>
          <w:iCs/>
          <w:sz w:val="28"/>
          <w:szCs w:val="28"/>
          <w:lang w:val="en-IN"/>
        </w:rPr>
        <w:t>No.1 (</w:t>
      </w:r>
      <w:r w:rsidR="00D526C7">
        <w:rPr>
          <w:b/>
          <w:i/>
          <w:iCs/>
          <w:sz w:val="28"/>
          <w:szCs w:val="28"/>
          <w:lang w:val="en-IN"/>
        </w:rPr>
        <w:t>b</w:t>
      </w:r>
      <w:r w:rsidRPr="003C164A">
        <w:rPr>
          <w:b/>
          <w:i/>
          <w:iCs/>
          <w:sz w:val="28"/>
          <w:szCs w:val="28"/>
          <w:lang w:val="en-IN"/>
        </w:rPr>
        <w:t>)</w:t>
      </w:r>
    </w:p>
    <w:p w:rsidR="00123007" w:rsidRPr="009679A5" w:rsidRDefault="009566FC" w:rsidP="009679A5">
      <w:pPr>
        <w:spacing w:after="0"/>
        <w:jc w:val="center"/>
      </w:pPr>
      <w:r>
        <w:rPr>
          <w:b/>
        </w:rPr>
        <w:t xml:space="preserve">APPLICATION FORM - ISSUANCE OF IDENTITY </w:t>
      </w:r>
      <w:r w:rsidR="009679A5">
        <w:rPr>
          <w:b/>
        </w:rPr>
        <w:t xml:space="preserve">CARD </w:t>
      </w:r>
      <w:r>
        <w:rPr>
          <w:b/>
        </w:rPr>
        <w:br/>
      </w:r>
      <w:r>
        <w:t xml:space="preserve">(For </w:t>
      </w:r>
      <w:r w:rsidR="00042685">
        <w:t xml:space="preserve">Research </w:t>
      </w:r>
      <w:r w:rsidR="00612070">
        <w:t>Interns</w:t>
      </w:r>
      <w:r w:rsidR="00C65BF8">
        <w:t xml:space="preserve">) </w:t>
      </w:r>
      <w:bookmarkStart w:id="0" w:name="_GoBack"/>
      <w:bookmarkEnd w:id="0"/>
    </w:p>
    <w:tbl>
      <w:tblPr>
        <w:tblStyle w:val="TableGrid"/>
        <w:tblpPr w:leftFromText="180" w:rightFromText="180" w:vertAnchor="text" w:tblpX="279" w:tblpY="1"/>
        <w:tblOverlap w:val="never"/>
        <w:tblW w:w="11198" w:type="dxa"/>
        <w:tblLook w:val="04A0" w:firstRow="1" w:lastRow="0" w:firstColumn="1" w:lastColumn="0" w:noHBand="0" w:noVBand="1"/>
      </w:tblPr>
      <w:tblGrid>
        <w:gridCol w:w="4819"/>
        <w:gridCol w:w="4258"/>
        <w:gridCol w:w="2121"/>
      </w:tblGrid>
      <w:tr w:rsidR="00523CE7" w:rsidRPr="004A4501" w:rsidTr="00F753ED">
        <w:trPr>
          <w:gridAfter w:val="1"/>
          <w:wAfter w:w="2121" w:type="dxa"/>
          <w:trHeight w:val="595"/>
        </w:trPr>
        <w:tc>
          <w:tcPr>
            <w:tcW w:w="4819" w:type="dxa"/>
          </w:tcPr>
          <w:p w:rsidR="00523CE7" w:rsidRPr="00BD7B6A" w:rsidRDefault="00523CE7" w:rsidP="00F753ED">
            <w:pPr>
              <w:rPr>
                <w:bCs/>
                <w:sz w:val="20"/>
                <w:szCs w:val="20"/>
              </w:rPr>
            </w:pPr>
            <w:r w:rsidRPr="00BD7B6A">
              <w:rPr>
                <w:bCs/>
                <w:sz w:val="20"/>
                <w:szCs w:val="20"/>
              </w:rPr>
              <w:t xml:space="preserve">Name / </w:t>
            </w:r>
            <w:r w:rsidRPr="00BD7B6A">
              <w:rPr>
                <w:rFonts w:cs="Mangal"/>
                <w:b/>
                <w:sz w:val="20"/>
                <w:szCs w:val="20"/>
                <w:cs/>
                <w:lang w:bidi="hi-IN"/>
              </w:rPr>
              <w:t>नाम</w:t>
            </w:r>
          </w:p>
        </w:tc>
        <w:tc>
          <w:tcPr>
            <w:tcW w:w="4258" w:type="dxa"/>
          </w:tcPr>
          <w:p w:rsidR="00523CE7" w:rsidRPr="004A4501" w:rsidRDefault="00F753ED" w:rsidP="00F753ED">
            <w:pPr>
              <w:rPr>
                <w:b/>
              </w:rPr>
            </w:pPr>
            <w:r w:rsidRPr="00553EB3">
              <w:rPr>
                <w:noProof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>
                      <wp:simplePos x="0" y="0"/>
                      <wp:positionH relativeFrom="column">
                        <wp:posOffset>2667635</wp:posOffset>
                      </wp:positionH>
                      <wp:positionV relativeFrom="paragraph">
                        <wp:posOffset>0</wp:posOffset>
                      </wp:positionV>
                      <wp:extent cx="1285875" cy="165735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85875" cy="1657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55FD8" w:rsidRDefault="00155FD8" w:rsidP="00BF32C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1318C8" w:rsidRPr="00EF4330" w:rsidRDefault="001318C8" w:rsidP="00BF32C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EF433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Attach a Recent Coloured Passport Size Photograph Here / </w:t>
                                  </w:r>
                                  <w:r w:rsidR="00553EB3">
                                    <w:rPr>
                                      <w:rFonts w:hint="cs"/>
                                      <w:color w:val="000000" w:themeColor="text1"/>
                                      <w:sz w:val="20"/>
                                      <w:szCs w:val="20"/>
                                      <w:cs/>
                                      <w:lang w:bidi="hi-IN"/>
                                    </w:rPr>
                                    <w:t>हालिया</w:t>
                                  </w:r>
                                  <w:r w:rsidR="00155FD8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lang w:bidi="hi-IN"/>
                                    </w:rPr>
                                    <w:t xml:space="preserve"> </w:t>
                                  </w:r>
                                  <w:r w:rsidRPr="00EF433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cs/>
                                      <w:lang w:bidi="hi-IN"/>
                                    </w:rPr>
                                    <w:t>खिंचवाया</w:t>
                                  </w:r>
                                  <w:r w:rsidRPr="00EF433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EF433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cs/>
                                      <w:lang w:bidi="hi-IN"/>
                                    </w:rPr>
                                    <w:t>गया</w:t>
                                  </w:r>
                                  <w:r w:rsidRPr="00EF433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EF433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cs/>
                                      <w:lang w:bidi="hi-IN"/>
                                    </w:rPr>
                                    <w:t>रंगीन</w:t>
                                  </w:r>
                                  <w:r w:rsidRPr="00EF433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EF433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cs/>
                                      <w:lang w:bidi="hi-IN"/>
                                    </w:rPr>
                                    <w:t>पासपोर्ट</w:t>
                                  </w:r>
                                  <w:r w:rsidR="00553EB3">
                                    <w:rPr>
                                      <w:rFonts w:hint="cs"/>
                                      <w:color w:val="000000" w:themeColor="text1"/>
                                      <w:sz w:val="20"/>
                                      <w:szCs w:val="20"/>
                                      <w:cs/>
                                      <w:lang w:bidi="hi-IN"/>
                                    </w:rPr>
                                    <w:t xml:space="preserve"> साइज</w:t>
                                  </w:r>
                                  <w:r w:rsidR="00553EB3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cs/>
                                      <w:lang w:bidi="hi-IN"/>
                                    </w:rPr>
                                    <w:t xml:space="preserve"> फोटो </w:t>
                                  </w:r>
                                  <w:r w:rsidR="003D4BE5" w:rsidRPr="00EF4330">
                                    <w:rPr>
                                      <w:rFonts w:hint="cs"/>
                                      <w:color w:val="000000" w:themeColor="text1"/>
                                      <w:sz w:val="20"/>
                                      <w:szCs w:val="20"/>
                                      <w:cs/>
                                      <w:lang w:bidi="hi-IN"/>
                                    </w:rPr>
                                    <w:t>अटैच</w:t>
                                  </w:r>
                                  <w:r w:rsidR="00EF4330" w:rsidRPr="00EF433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cs/>
                                      <w:lang w:bidi="hi-IN"/>
                                    </w:rPr>
                                    <w:t xml:space="preserve"> </w:t>
                                  </w:r>
                                  <w:r w:rsidR="003D4BE5" w:rsidRPr="00EF4330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cs/>
                                      <w:lang w:bidi="hi-IN"/>
                                    </w:rPr>
                                    <w:t>करें</w:t>
                                  </w:r>
                                </w:p>
                                <w:p w:rsidR="001318C8" w:rsidRDefault="001318C8" w:rsidP="001318C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6" style="position:absolute;margin-left:210.05pt;margin-top:0;width:101.25pt;height:130.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" filled="f" strokecolor="black [3213]">
                      <v:textbox>
                        <w:txbxContent>
                          <w:p w:rsidR="00155FD8" w:rsidRDefault="00155FD8" w:rsidP="00BF32C2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1318C8" w:rsidRPr="00EF4330" w:rsidRDefault="001318C8" w:rsidP="00BF32C2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F433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Attach a Recent Coloured Passport Size Photograph Here / </w:t>
                            </w:r>
                            <w:r w:rsidR="00553EB3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cs/>
                                <w:lang w:bidi="hi-IN"/>
                              </w:rPr>
                              <w:t>हालिया</w:t>
                            </w:r>
                            <w:r w:rsidR="00155FD8">
                              <w:rPr>
                                <w:color w:val="000000" w:themeColor="text1"/>
                                <w:sz w:val="20"/>
                                <w:szCs w:val="20"/>
                                <w:lang w:bidi="hi-IN"/>
                              </w:rPr>
                              <w:t xml:space="preserve"> </w:t>
                            </w:r>
                            <w:r w:rsidRPr="00EF4330">
                              <w:rPr>
                                <w:color w:val="000000" w:themeColor="text1"/>
                                <w:sz w:val="20"/>
                                <w:szCs w:val="20"/>
                                <w:cs/>
                                <w:lang w:bidi="hi-IN"/>
                              </w:rPr>
                              <w:t>खिंचवाया</w:t>
                            </w:r>
                            <w:r w:rsidRPr="00EF433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F4330">
                              <w:rPr>
                                <w:color w:val="000000" w:themeColor="text1"/>
                                <w:sz w:val="20"/>
                                <w:szCs w:val="20"/>
                                <w:cs/>
                                <w:lang w:bidi="hi-IN"/>
                              </w:rPr>
                              <w:t>गया</w:t>
                            </w:r>
                            <w:r w:rsidRPr="00EF433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F4330">
                              <w:rPr>
                                <w:color w:val="000000" w:themeColor="text1"/>
                                <w:sz w:val="20"/>
                                <w:szCs w:val="20"/>
                                <w:cs/>
                                <w:lang w:bidi="hi-IN"/>
                              </w:rPr>
                              <w:t>रंगीन</w:t>
                            </w:r>
                            <w:r w:rsidRPr="00EF433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F4330">
                              <w:rPr>
                                <w:color w:val="000000" w:themeColor="text1"/>
                                <w:sz w:val="20"/>
                                <w:szCs w:val="20"/>
                                <w:cs/>
                                <w:lang w:bidi="hi-IN"/>
                              </w:rPr>
                              <w:t>पासपोर्ट</w:t>
                            </w:r>
                            <w:r w:rsidR="00553EB3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cs/>
                                <w:lang w:bidi="hi-IN"/>
                              </w:rPr>
                              <w:t xml:space="preserve"> साइज</w:t>
                            </w:r>
                            <w:r w:rsidR="00553EB3">
                              <w:rPr>
                                <w:color w:val="000000" w:themeColor="text1"/>
                                <w:sz w:val="20"/>
                                <w:szCs w:val="20"/>
                                <w:cs/>
                                <w:lang w:bidi="hi-IN"/>
                              </w:rPr>
                              <w:t xml:space="preserve"> फोटो </w:t>
                            </w:r>
                            <w:r w:rsidR="003D4BE5" w:rsidRPr="00EF4330">
                              <w:rPr>
                                <w:rFonts w:hint="cs"/>
                                <w:color w:val="000000" w:themeColor="text1"/>
                                <w:sz w:val="20"/>
                                <w:szCs w:val="20"/>
                                <w:cs/>
                                <w:lang w:bidi="hi-IN"/>
                              </w:rPr>
                              <w:t>अटैच</w:t>
                            </w:r>
                            <w:r w:rsidR="00EF4330" w:rsidRPr="00EF4330">
                              <w:rPr>
                                <w:color w:val="000000" w:themeColor="text1"/>
                                <w:sz w:val="20"/>
                                <w:szCs w:val="20"/>
                                <w:cs/>
                                <w:lang w:bidi="hi-IN"/>
                              </w:rPr>
                              <w:t xml:space="preserve"> </w:t>
                            </w:r>
                            <w:r w:rsidR="003D4BE5" w:rsidRPr="00EF4330">
                              <w:rPr>
                                <w:color w:val="000000" w:themeColor="text1"/>
                                <w:sz w:val="20"/>
                                <w:szCs w:val="20"/>
                                <w:cs/>
                                <w:lang w:bidi="hi-IN"/>
                              </w:rPr>
                              <w:t>करें</w:t>
                            </w:r>
                          </w:p>
                          <w:p w:rsidR="001318C8" w:rsidRDefault="001318C8" w:rsidP="001318C8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FA0A51" w:rsidRPr="004A4501" w:rsidTr="0036720E">
        <w:trPr>
          <w:gridAfter w:val="1"/>
          <w:wAfter w:w="2121" w:type="dxa"/>
          <w:trHeight w:val="521"/>
        </w:trPr>
        <w:tc>
          <w:tcPr>
            <w:tcW w:w="4819" w:type="dxa"/>
          </w:tcPr>
          <w:p w:rsidR="00FA0A51" w:rsidRPr="002C0EA3" w:rsidRDefault="00FA0A51" w:rsidP="00F753ED">
            <w:pPr>
              <w:rPr>
                <w:b/>
                <w:sz w:val="20"/>
                <w:szCs w:val="20"/>
              </w:rPr>
            </w:pPr>
            <w:r w:rsidRPr="00C24A67">
              <w:rPr>
                <w:bCs/>
                <w:sz w:val="20"/>
                <w:szCs w:val="20"/>
              </w:rPr>
              <w:t>Category/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 xml:space="preserve"> श्रेणी</w:t>
            </w:r>
            <w:r w:rsidRPr="002C0EA3">
              <w:rPr>
                <w:rFonts w:cs="Mangal"/>
                <w:b/>
                <w:sz w:val="20"/>
                <w:szCs w:val="20"/>
                <w:lang w:bidi="hi-IN"/>
              </w:rPr>
              <w:t xml:space="preserve">: </w:t>
            </w:r>
          </w:p>
        </w:tc>
        <w:tc>
          <w:tcPr>
            <w:tcW w:w="4258" w:type="dxa"/>
          </w:tcPr>
          <w:p w:rsidR="00FA0A51" w:rsidRPr="004A4501" w:rsidRDefault="00FA0A51" w:rsidP="00F753ED">
            <w:pPr>
              <w:rPr>
                <w:b/>
              </w:rPr>
            </w:pPr>
          </w:p>
        </w:tc>
      </w:tr>
      <w:tr w:rsidR="00523CE7" w:rsidRPr="004A4501" w:rsidTr="00F753ED">
        <w:trPr>
          <w:gridAfter w:val="1"/>
          <w:wAfter w:w="2121" w:type="dxa"/>
        </w:trPr>
        <w:tc>
          <w:tcPr>
            <w:tcW w:w="4819" w:type="dxa"/>
          </w:tcPr>
          <w:p w:rsidR="00523CE7" w:rsidRPr="002C0EA3" w:rsidRDefault="00FA0A51" w:rsidP="00F753ED">
            <w:pPr>
              <w:rPr>
                <w:rFonts w:cs="Mangal"/>
                <w:b/>
                <w:sz w:val="20"/>
                <w:szCs w:val="20"/>
                <w:lang w:bidi="hi-IN"/>
              </w:rPr>
            </w:pPr>
            <w:r w:rsidRPr="00C24A67">
              <w:rPr>
                <w:bCs/>
                <w:sz w:val="20"/>
                <w:szCs w:val="20"/>
              </w:rPr>
              <w:t>Regn. No. /</w:t>
            </w:r>
            <w:r w:rsidR="00523CE7" w:rsidRPr="002C0EA3">
              <w:rPr>
                <w:b/>
                <w:sz w:val="20"/>
                <w:szCs w:val="20"/>
              </w:rPr>
              <w:t xml:space="preserve"> </w:t>
            </w:r>
            <w:r w:rsidR="00523CE7"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पंजीकरण</w:t>
            </w:r>
            <w:r w:rsidR="00523CE7" w:rsidRPr="002C0EA3">
              <w:rPr>
                <w:b/>
                <w:sz w:val="20"/>
                <w:szCs w:val="20"/>
              </w:rPr>
              <w:t xml:space="preserve"> </w:t>
            </w:r>
            <w:r w:rsidR="00523CE7"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संख्या</w:t>
            </w:r>
          </w:p>
          <w:p w:rsidR="00155FD8" w:rsidRPr="002C0EA3" w:rsidRDefault="00155FD8" w:rsidP="00F753ED">
            <w:pPr>
              <w:rPr>
                <w:b/>
                <w:sz w:val="20"/>
                <w:szCs w:val="20"/>
              </w:rPr>
            </w:pPr>
          </w:p>
        </w:tc>
        <w:tc>
          <w:tcPr>
            <w:tcW w:w="4258" w:type="dxa"/>
          </w:tcPr>
          <w:p w:rsidR="00523CE7" w:rsidRPr="004A4501" w:rsidRDefault="00523CE7" w:rsidP="00F753ED">
            <w:pPr>
              <w:rPr>
                <w:b/>
              </w:rPr>
            </w:pPr>
          </w:p>
        </w:tc>
      </w:tr>
      <w:tr w:rsidR="00523CE7" w:rsidRPr="004A4501" w:rsidTr="00F753ED">
        <w:trPr>
          <w:gridAfter w:val="1"/>
          <w:wAfter w:w="2121" w:type="dxa"/>
        </w:trPr>
        <w:tc>
          <w:tcPr>
            <w:tcW w:w="4819" w:type="dxa"/>
          </w:tcPr>
          <w:p w:rsidR="00523CE7" w:rsidRPr="002C0EA3" w:rsidRDefault="00523CE7" w:rsidP="00F753ED">
            <w:pPr>
              <w:rPr>
                <w:rFonts w:cs="Mangal"/>
                <w:b/>
                <w:sz w:val="20"/>
                <w:szCs w:val="20"/>
                <w:lang w:bidi="hi-IN"/>
              </w:rPr>
            </w:pPr>
            <w:r w:rsidRPr="00C24A67">
              <w:rPr>
                <w:bCs/>
                <w:sz w:val="20"/>
                <w:szCs w:val="20"/>
              </w:rPr>
              <w:t>Father’s / Husband’s Name /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पिता</w:t>
            </w:r>
            <w:r w:rsidRPr="002C0EA3">
              <w:rPr>
                <w:b/>
                <w:sz w:val="20"/>
                <w:szCs w:val="20"/>
              </w:rPr>
              <w:t>/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पति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का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नाम</w:t>
            </w:r>
          </w:p>
          <w:p w:rsidR="00155FD8" w:rsidRPr="002C0EA3" w:rsidRDefault="00155FD8" w:rsidP="00F753ED">
            <w:pPr>
              <w:rPr>
                <w:b/>
                <w:sz w:val="20"/>
                <w:szCs w:val="20"/>
              </w:rPr>
            </w:pPr>
          </w:p>
        </w:tc>
        <w:tc>
          <w:tcPr>
            <w:tcW w:w="4258" w:type="dxa"/>
          </w:tcPr>
          <w:p w:rsidR="00523CE7" w:rsidRPr="004A4501" w:rsidRDefault="00523CE7" w:rsidP="00F753ED">
            <w:pPr>
              <w:rPr>
                <w:b/>
              </w:rPr>
            </w:pPr>
          </w:p>
        </w:tc>
      </w:tr>
      <w:tr w:rsidR="00523CE7" w:rsidRPr="004A4501" w:rsidTr="0036720E">
        <w:trPr>
          <w:gridAfter w:val="1"/>
          <w:wAfter w:w="2121" w:type="dxa"/>
          <w:trHeight w:val="375"/>
        </w:trPr>
        <w:tc>
          <w:tcPr>
            <w:tcW w:w="4819" w:type="dxa"/>
          </w:tcPr>
          <w:p w:rsidR="00523CE7" w:rsidRPr="002C0EA3" w:rsidRDefault="00523CE7" w:rsidP="00F753ED">
            <w:pPr>
              <w:rPr>
                <w:b/>
                <w:sz w:val="20"/>
                <w:szCs w:val="20"/>
              </w:rPr>
            </w:pPr>
            <w:r w:rsidRPr="00C24A67">
              <w:rPr>
                <w:bCs/>
                <w:sz w:val="20"/>
                <w:szCs w:val="20"/>
              </w:rPr>
              <w:t>Date of Birth /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जन्म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तिथि</w:t>
            </w:r>
          </w:p>
        </w:tc>
        <w:tc>
          <w:tcPr>
            <w:tcW w:w="4258" w:type="dxa"/>
          </w:tcPr>
          <w:p w:rsidR="00523CE7" w:rsidRPr="004A4501" w:rsidRDefault="00523CE7" w:rsidP="00F753ED">
            <w:pPr>
              <w:rPr>
                <w:b/>
              </w:rPr>
            </w:pPr>
          </w:p>
        </w:tc>
      </w:tr>
      <w:tr w:rsidR="00523CE7" w:rsidRPr="004A4501" w:rsidTr="00FC26D2">
        <w:trPr>
          <w:trHeight w:val="550"/>
        </w:trPr>
        <w:tc>
          <w:tcPr>
            <w:tcW w:w="4819" w:type="dxa"/>
          </w:tcPr>
          <w:p w:rsidR="004E39AA" w:rsidRPr="00C24A67" w:rsidRDefault="00523CE7" w:rsidP="00F753ED">
            <w:pPr>
              <w:rPr>
                <w:bCs/>
                <w:sz w:val="20"/>
                <w:szCs w:val="20"/>
              </w:rPr>
            </w:pPr>
            <w:r w:rsidRPr="00C24A67">
              <w:rPr>
                <w:bCs/>
                <w:sz w:val="20"/>
                <w:szCs w:val="20"/>
              </w:rPr>
              <w:t xml:space="preserve">Date of Joining and duration of stay / course / </w:t>
            </w:r>
          </w:p>
          <w:p w:rsidR="00523CE7" w:rsidRPr="002C0EA3" w:rsidRDefault="00523CE7" w:rsidP="00F753ED">
            <w:pPr>
              <w:rPr>
                <w:b/>
                <w:sz w:val="20"/>
                <w:szCs w:val="20"/>
              </w:rPr>
            </w:pP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ज्वाइन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करने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की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तिथि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="00663C0C" w:rsidRPr="002C0EA3">
              <w:rPr>
                <w:rFonts w:hint="cs"/>
                <w:b/>
                <w:sz w:val="20"/>
                <w:szCs w:val="20"/>
                <w:cs/>
                <w:lang w:bidi="hi-IN"/>
              </w:rPr>
              <w:t>एवं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="00663C0C" w:rsidRPr="002C0EA3">
              <w:rPr>
                <w:rFonts w:hint="cs"/>
                <w:b/>
                <w:sz w:val="20"/>
                <w:szCs w:val="20"/>
                <w:cs/>
                <w:lang w:bidi="hi-IN"/>
              </w:rPr>
              <w:t>प्रवास</w:t>
            </w:r>
            <w:r w:rsidR="00663C0C" w:rsidRPr="002C0EA3">
              <w:rPr>
                <w:b/>
                <w:sz w:val="20"/>
                <w:szCs w:val="20"/>
                <w:cs/>
                <w:lang w:bidi="hi-IN"/>
              </w:rPr>
              <w:t>/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पाठ्यक्रम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की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अवधि</w:t>
            </w:r>
          </w:p>
        </w:tc>
        <w:tc>
          <w:tcPr>
            <w:tcW w:w="6379" w:type="dxa"/>
            <w:gridSpan w:val="2"/>
          </w:tcPr>
          <w:p w:rsidR="00523CE7" w:rsidRPr="004A4501" w:rsidRDefault="00523CE7" w:rsidP="00F753ED">
            <w:pPr>
              <w:rPr>
                <w:b/>
              </w:rPr>
            </w:pPr>
          </w:p>
        </w:tc>
      </w:tr>
      <w:tr w:rsidR="00523CE7" w:rsidRPr="004A4501" w:rsidTr="00F753ED">
        <w:trPr>
          <w:trHeight w:val="409"/>
        </w:trPr>
        <w:tc>
          <w:tcPr>
            <w:tcW w:w="4819" w:type="dxa"/>
          </w:tcPr>
          <w:p w:rsidR="00523CE7" w:rsidRPr="002C0EA3" w:rsidRDefault="00523CE7" w:rsidP="00F753ED">
            <w:pPr>
              <w:rPr>
                <w:b/>
                <w:sz w:val="20"/>
                <w:szCs w:val="20"/>
              </w:rPr>
            </w:pPr>
            <w:r w:rsidRPr="00C24A67">
              <w:rPr>
                <w:bCs/>
                <w:sz w:val="20"/>
                <w:szCs w:val="20"/>
              </w:rPr>
              <w:t>Mark of Identification /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पहचान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="00F57C60" w:rsidRPr="002C0EA3">
              <w:rPr>
                <w:rFonts w:cs="Mangal" w:hint="cs"/>
                <w:b/>
                <w:sz w:val="20"/>
                <w:szCs w:val="20"/>
                <w:cs/>
                <w:lang w:bidi="hi-IN"/>
              </w:rPr>
              <w:t xml:space="preserve">चिन्ह </w:t>
            </w:r>
          </w:p>
        </w:tc>
        <w:tc>
          <w:tcPr>
            <w:tcW w:w="6379" w:type="dxa"/>
            <w:gridSpan w:val="2"/>
          </w:tcPr>
          <w:p w:rsidR="00523CE7" w:rsidRPr="004A4501" w:rsidRDefault="00523CE7" w:rsidP="00F753ED">
            <w:pPr>
              <w:rPr>
                <w:b/>
              </w:rPr>
            </w:pPr>
          </w:p>
        </w:tc>
      </w:tr>
      <w:tr w:rsidR="00523CE7" w:rsidRPr="004A4501" w:rsidTr="006358A0">
        <w:trPr>
          <w:trHeight w:val="975"/>
        </w:trPr>
        <w:tc>
          <w:tcPr>
            <w:tcW w:w="4819" w:type="dxa"/>
          </w:tcPr>
          <w:p w:rsidR="00523CE7" w:rsidRPr="002C0EA3" w:rsidRDefault="00523CE7" w:rsidP="00F753ED">
            <w:pPr>
              <w:rPr>
                <w:b/>
                <w:sz w:val="20"/>
                <w:szCs w:val="20"/>
              </w:rPr>
            </w:pPr>
            <w:r w:rsidRPr="00C24A67">
              <w:rPr>
                <w:bCs/>
                <w:sz w:val="20"/>
                <w:szCs w:val="20"/>
              </w:rPr>
              <w:t>Residential Address</w:t>
            </w:r>
            <w:r w:rsidRPr="002C0EA3">
              <w:rPr>
                <w:b/>
                <w:sz w:val="20"/>
                <w:szCs w:val="20"/>
              </w:rPr>
              <w:t xml:space="preserve"> /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पता</w:t>
            </w:r>
          </w:p>
        </w:tc>
        <w:tc>
          <w:tcPr>
            <w:tcW w:w="6379" w:type="dxa"/>
            <w:gridSpan w:val="2"/>
          </w:tcPr>
          <w:p w:rsidR="00523CE7" w:rsidRPr="004A4501" w:rsidRDefault="00523CE7" w:rsidP="00F753ED">
            <w:pPr>
              <w:rPr>
                <w:b/>
              </w:rPr>
            </w:pPr>
          </w:p>
        </w:tc>
      </w:tr>
      <w:tr w:rsidR="00523CE7" w:rsidRPr="004A4501" w:rsidTr="00F753ED">
        <w:trPr>
          <w:trHeight w:val="295"/>
        </w:trPr>
        <w:tc>
          <w:tcPr>
            <w:tcW w:w="4819" w:type="dxa"/>
            <w:tcBorders>
              <w:bottom w:val="single" w:sz="4" w:space="0" w:color="auto"/>
            </w:tcBorders>
          </w:tcPr>
          <w:p w:rsidR="00523CE7" w:rsidRPr="002C0EA3" w:rsidRDefault="00523CE7" w:rsidP="00F753ED">
            <w:pPr>
              <w:rPr>
                <w:b/>
                <w:sz w:val="20"/>
                <w:szCs w:val="20"/>
              </w:rPr>
            </w:pPr>
            <w:r w:rsidRPr="002C0EA3">
              <w:rPr>
                <w:bCs/>
                <w:sz w:val="20"/>
                <w:szCs w:val="20"/>
              </w:rPr>
              <w:t>Blood Group /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="00F26607" w:rsidRPr="002C0EA3">
              <w:rPr>
                <w:rFonts w:cs="Mangal" w:hint="cs"/>
                <w:b/>
                <w:sz w:val="20"/>
                <w:szCs w:val="20"/>
                <w:cs/>
                <w:lang w:bidi="hi-IN"/>
              </w:rPr>
              <w:t>ब्लड</w:t>
            </w:r>
            <w:r w:rsidR="00F26607"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="00F26607" w:rsidRPr="002C0EA3">
              <w:rPr>
                <w:rFonts w:cs="Mangal" w:hint="cs"/>
                <w:b/>
                <w:sz w:val="20"/>
                <w:szCs w:val="20"/>
                <w:cs/>
                <w:lang w:bidi="hi-IN"/>
              </w:rPr>
              <w:t>ग्रुप</w:t>
            </w:r>
            <w:r w:rsidR="00F26607"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 xml:space="preserve"> </w:t>
            </w:r>
          </w:p>
        </w:tc>
        <w:tc>
          <w:tcPr>
            <w:tcW w:w="6379" w:type="dxa"/>
            <w:gridSpan w:val="2"/>
            <w:tcBorders>
              <w:bottom w:val="single" w:sz="4" w:space="0" w:color="auto"/>
            </w:tcBorders>
          </w:tcPr>
          <w:p w:rsidR="00523CE7" w:rsidRPr="004A4501" w:rsidRDefault="00523CE7" w:rsidP="00F753ED">
            <w:pPr>
              <w:rPr>
                <w:b/>
              </w:rPr>
            </w:pPr>
          </w:p>
        </w:tc>
      </w:tr>
      <w:tr w:rsidR="00523CE7" w:rsidRPr="004A4501" w:rsidTr="0036720E">
        <w:trPr>
          <w:trHeight w:val="432"/>
        </w:trPr>
        <w:tc>
          <w:tcPr>
            <w:tcW w:w="4819" w:type="dxa"/>
          </w:tcPr>
          <w:p w:rsidR="00523CE7" w:rsidRPr="002C0EA3" w:rsidRDefault="00523CE7" w:rsidP="00F753ED">
            <w:pPr>
              <w:rPr>
                <w:b/>
                <w:sz w:val="20"/>
                <w:szCs w:val="20"/>
              </w:rPr>
            </w:pPr>
            <w:r w:rsidRPr="00C24A67">
              <w:rPr>
                <w:bCs/>
                <w:sz w:val="20"/>
                <w:szCs w:val="20"/>
              </w:rPr>
              <w:t>Mobile No. / Email ID /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मोबाइल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नंबर</w:t>
            </w:r>
            <w:r w:rsidRPr="002C0EA3">
              <w:rPr>
                <w:b/>
                <w:sz w:val="20"/>
                <w:szCs w:val="20"/>
              </w:rPr>
              <w:t xml:space="preserve"> /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ईमेल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आईडी</w:t>
            </w:r>
          </w:p>
        </w:tc>
        <w:tc>
          <w:tcPr>
            <w:tcW w:w="6379" w:type="dxa"/>
            <w:gridSpan w:val="2"/>
          </w:tcPr>
          <w:p w:rsidR="00523CE7" w:rsidRPr="004A4501" w:rsidRDefault="00523CE7" w:rsidP="00F753ED">
            <w:pPr>
              <w:rPr>
                <w:b/>
              </w:rPr>
            </w:pPr>
          </w:p>
        </w:tc>
      </w:tr>
      <w:tr w:rsidR="00523CE7" w:rsidRPr="004A4501" w:rsidTr="0036720E">
        <w:trPr>
          <w:trHeight w:val="566"/>
        </w:trPr>
        <w:tc>
          <w:tcPr>
            <w:tcW w:w="4819" w:type="dxa"/>
            <w:tcBorders>
              <w:bottom w:val="single" w:sz="4" w:space="0" w:color="auto"/>
            </w:tcBorders>
          </w:tcPr>
          <w:p w:rsidR="00523CE7" w:rsidRPr="002C0EA3" w:rsidRDefault="00523CE7" w:rsidP="00F753ED">
            <w:pPr>
              <w:rPr>
                <w:b/>
                <w:sz w:val="20"/>
                <w:szCs w:val="20"/>
              </w:rPr>
            </w:pPr>
            <w:r w:rsidRPr="00C24A67">
              <w:rPr>
                <w:bCs/>
                <w:sz w:val="20"/>
                <w:szCs w:val="20"/>
              </w:rPr>
              <w:t>Emergency contact person and mobile number /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आपातकालीन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संपर्क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व्यक्ति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और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मोबाइल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2C0EA3">
              <w:rPr>
                <w:rFonts w:cs="Mangal"/>
                <w:b/>
                <w:sz w:val="20"/>
                <w:szCs w:val="20"/>
                <w:cs/>
                <w:lang w:bidi="hi-IN"/>
              </w:rPr>
              <w:t>नंबर</w:t>
            </w:r>
          </w:p>
        </w:tc>
        <w:tc>
          <w:tcPr>
            <w:tcW w:w="6379" w:type="dxa"/>
            <w:gridSpan w:val="2"/>
            <w:tcBorders>
              <w:bottom w:val="single" w:sz="4" w:space="0" w:color="auto"/>
            </w:tcBorders>
          </w:tcPr>
          <w:p w:rsidR="00523CE7" w:rsidRPr="004A4501" w:rsidRDefault="00523CE7" w:rsidP="00F753ED">
            <w:pPr>
              <w:rPr>
                <w:b/>
              </w:rPr>
            </w:pPr>
          </w:p>
        </w:tc>
      </w:tr>
      <w:tr w:rsidR="00523CE7" w:rsidRPr="004A4501" w:rsidTr="00F753ED">
        <w:trPr>
          <w:trHeight w:val="946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E7" w:rsidRPr="002C0EA3" w:rsidRDefault="00FA0A51" w:rsidP="00FA0A51">
            <w:pPr>
              <w:jc w:val="both"/>
              <w:rPr>
                <w:b/>
                <w:sz w:val="20"/>
                <w:szCs w:val="20"/>
              </w:rPr>
            </w:pPr>
            <w:r w:rsidRPr="00C24A67">
              <w:rPr>
                <w:bCs/>
                <w:sz w:val="20"/>
                <w:szCs w:val="20"/>
              </w:rPr>
              <w:t>Whether an identity card was previously issued (if yes, submit with form) /</w:t>
            </w:r>
            <w:r w:rsidRPr="002C0EA3">
              <w:rPr>
                <w:b/>
                <w:sz w:val="20"/>
                <w:szCs w:val="20"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क्या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पहले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पहचान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पत्र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जारी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हुआ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था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(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यदि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हाँ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तो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फॉर्म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के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साथ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संलग्न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 xml:space="preserve"> </w:t>
            </w:r>
            <w:r w:rsidRPr="00FC5982">
              <w:rPr>
                <w:rFonts w:ascii="Nirmala UI" w:hAnsi="Nirmala UI" w:cs="Nirmala UI" w:hint="cs"/>
                <w:b/>
                <w:sz w:val="20"/>
                <w:szCs w:val="20"/>
                <w:cs/>
              </w:rPr>
              <w:t>करें</w:t>
            </w:r>
            <w:r w:rsidRPr="00FC5982">
              <w:rPr>
                <w:rFonts w:ascii="Times New Roman" w:hAnsi="Times New Roman" w:cs="Times New Roman"/>
                <w:b/>
                <w:sz w:val="20"/>
                <w:szCs w:val="20"/>
                <w:cs/>
              </w:rPr>
              <w:t>)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CE7" w:rsidRPr="004A4501" w:rsidRDefault="00523CE7" w:rsidP="00F753ED"/>
        </w:tc>
      </w:tr>
    </w:tbl>
    <w:p w:rsidR="008C30BC" w:rsidRDefault="00AA1A06" w:rsidP="008C30BC">
      <w:pPr>
        <w:ind w:left="-1418"/>
      </w:pPr>
      <w:r>
        <w:br w:type="textWrapping" w:clear="all"/>
      </w:r>
    </w:p>
    <w:p w:rsidR="00123007" w:rsidRPr="00A614BE" w:rsidRDefault="00A614BE" w:rsidP="00586DA5">
      <w:pPr>
        <w:tabs>
          <w:tab w:val="left" w:pos="1350"/>
        </w:tabs>
        <w:ind w:right="-1566"/>
      </w:pPr>
      <w:r w:rsidRPr="00533AD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165735</wp:posOffset>
                </wp:positionH>
                <wp:positionV relativeFrom="paragraph">
                  <wp:posOffset>335915</wp:posOffset>
                </wp:positionV>
                <wp:extent cx="7067550" cy="18319"/>
                <wp:effectExtent l="38100" t="38100" r="76200" b="9652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67550" cy="18319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6C52DB" id="Straight Connector 4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.05pt,26.45pt" to="569.55pt,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" strokecolor="black [3213]" strokeweight="1.5pt">
                <v:shadow on="t" color="black" opacity="24903f" origin=",.5" offset="0,.55556mm"/>
              </v:line>
            </w:pict>
          </mc:Fallback>
        </mc:AlternateContent>
      </w:r>
      <w:r w:rsidR="006358A0">
        <w:t xml:space="preserve">     </w:t>
      </w:r>
      <w:r w:rsidR="009566FC" w:rsidRPr="00A614BE">
        <w:t xml:space="preserve">Date / </w:t>
      </w:r>
      <w:r w:rsidR="009566FC" w:rsidRPr="00A614BE">
        <w:rPr>
          <w:cs/>
          <w:lang w:bidi="hi-IN"/>
        </w:rPr>
        <w:t>दिनांक</w:t>
      </w:r>
      <w:r w:rsidR="00EE07A6">
        <w:t>: _________</w:t>
      </w:r>
      <w:r w:rsidR="008C30BC" w:rsidRPr="00A614BE">
        <w:t xml:space="preserve"> </w:t>
      </w:r>
      <w:r w:rsidRPr="00A614BE">
        <w:t xml:space="preserve">                                                               </w:t>
      </w:r>
      <w:r w:rsidR="00533AD1">
        <w:t xml:space="preserve">          </w:t>
      </w:r>
      <w:r w:rsidR="00EE07A6">
        <w:t xml:space="preserve">                               </w:t>
      </w:r>
      <w:r w:rsidR="00533AD1">
        <w:t xml:space="preserve"> </w:t>
      </w:r>
      <w:r w:rsidR="009566FC" w:rsidRPr="00A614BE">
        <w:t xml:space="preserve">Signature / </w:t>
      </w:r>
      <w:r w:rsidR="009566FC" w:rsidRPr="00A614BE">
        <w:rPr>
          <w:cs/>
          <w:lang w:bidi="hi-IN"/>
        </w:rPr>
        <w:t>हस्ताक्षर</w:t>
      </w:r>
      <w:r w:rsidR="00EE07A6">
        <w:t xml:space="preserve">: </w:t>
      </w:r>
      <w:r w:rsidR="0036720E">
        <w:t>________________</w:t>
      </w:r>
    </w:p>
    <w:p w:rsidR="00123007" w:rsidRPr="00DA1C05" w:rsidRDefault="009566FC" w:rsidP="003B5F69">
      <w:pPr>
        <w:spacing w:after="0" w:line="240" w:lineRule="auto"/>
        <w:jc w:val="center"/>
        <w:rPr>
          <w:b/>
          <w:bCs/>
        </w:rPr>
      </w:pPr>
      <w:r w:rsidRPr="00DA1C05">
        <w:rPr>
          <w:b/>
          <w:bCs/>
        </w:rPr>
        <w:t xml:space="preserve">FOR OFFICE USE ONLY / </w:t>
      </w:r>
      <w:r w:rsidRPr="00DA1C05">
        <w:rPr>
          <w:b/>
          <w:bCs/>
          <w:cs/>
          <w:lang w:bidi="hi-IN"/>
        </w:rPr>
        <w:t>केवल</w:t>
      </w:r>
      <w:r w:rsidRPr="00DA1C05">
        <w:rPr>
          <w:b/>
          <w:bCs/>
        </w:rPr>
        <w:t xml:space="preserve"> </w:t>
      </w:r>
      <w:r w:rsidRPr="00DA1C05">
        <w:rPr>
          <w:b/>
          <w:bCs/>
          <w:cs/>
          <w:lang w:bidi="hi-IN"/>
        </w:rPr>
        <w:t>कार्यालय</w:t>
      </w:r>
      <w:r w:rsidRPr="00DA1C05">
        <w:rPr>
          <w:b/>
          <w:bCs/>
        </w:rPr>
        <w:t xml:space="preserve"> </w:t>
      </w:r>
      <w:r w:rsidRPr="00DA1C05">
        <w:rPr>
          <w:b/>
          <w:bCs/>
          <w:cs/>
          <w:lang w:bidi="hi-IN"/>
        </w:rPr>
        <w:t>उपयोग</w:t>
      </w:r>
      <w:r w:rsidRPr="00DA1C05">
        <w:rPr>
          <w:b/>
          <w:bCs/>
        </w:rPr>
        <w:t xml:space="preserve"> </w:t>
      </w:r>
      <w:r w:rsidRPr="00DA1C05">
        <w:rPr>
          <w:b/>
          <w:bCs/>
          <w:cs/>
          <w:lang w:bidi="hi-IN"/>
        </w:rPr>
        <w:t>के</w:t>
      </w:r>
      <w:r w:rsidRPr="00DA1C05">
        <w:rPr>
          <w:b/>
          <w:bCs/>
        </w:rPr>
        <w:t xml:space="preserve"> </w:t>
      </w:r>
      <w:r w:rsidRPr="00DA1C05">
        <w:rPr>
          <w:b/>
          <w:bCs/>
          <w:cs/>
          <w:lang w:bidi="hi-IN"/>
        </w:rPr>
        <w:t>लिए</w:t>
      </w:r>
    </w:p>
    <w:p w:rsidR="003B5F69" w:rsidRDefault="003B5F69" w:rsidP="003B5F69">
      <w:pPr>
        <w:spacing w:after="0" w:line="240" w:lineRule="auto"/>
        <w:jc w:val="center"/>
        <w:rPr>
          <w:b/>
          <w:bCs/>
          <w:sz w:val="20"/>
          <w:szCs w:val="20"/>
        </w:rPr>
      </w:pPr>
    </w:p>
    <w:p w:rsidR="003B5F69" w:rsidRPr="00DA1C05" w:rsidRDefault="00746B86" w:rsidP="00746B86">
      <w:pPr>
        <w:jc w:val="center"/>
        <w:rPr>
          <w:b/>
          <w:bCs/>
          <w:lang w:bidi="hi-IN"/>
        </w:rPr>
      </w:pPr>
      <w:r>
        <w:rPr>
          <w:rFonts w:hint="cs"/>
          <w:b/>
          <w:bCs/>
          <w:cs/>
          <w:lang w:bidi="hi-IN"/>
        </w:rPr>
        <w:t xml:space="preserve">                                     </w:t>
      </w:r>
      <w:r w:rsidR="00284FC8">
        <w:rPr>
          <w:rFonts w:hint="cs"/>
          <w:b/>
          <w:bCs/>
          <w:cs/>
          <w:lang w:bidi="hi-IN"/>
        </w:rPr>
        <w:t xml:space="preserve">                             </w:t>
      </w:r>
      <w:r w:rsidR="003B5F69" w:rsidRPr="00DA1C05">
        <w:rPr>
          <w:b/>
          <w:bCs/>
        </w:rPr>
        <w:t>Dean (</w:t>
      </w:r>
      <w:r w:rsidR="007C0C60">
        <w:rPr>
          <w:b/>
          <w:bCs/>
        </w:rPr>
        <w:t>Research</w:t>
      </w:r>
      <w:r w:rsidR="003B5F69" w:rsidRPr="00DA1C05">
        <w:rPr>
          <w:b/>
          <w:bCs/>
        </w:rPr>
        <w:t xml:space="preserve">) / </w:t>
      </w:r>
      <w:r w:rsidR="003B5F69" w:rsidRPr="00826AA7">
        <w:rPr>
          <w:rFonts w:ascii="Nirmala Text" w:hAnsi="Nirmala Text" w:cs="Nirmala Text"/>
          <w:b/>
          <w:bCs/>
          <w:cs/>
          <w:lang w:bidi="hi-IN"/>
        </w:rPr>
        <w:t>डीन</w:t>
      </w:r>
      <w:r w:rsidR="003B5F69" w:rsidRPr="00826AA7">
        <w:rPr>
          <w:rFonts w:ascii="Nirmala Text" w:hAnsi="Nirmala Text" w:cs="Nirmala Text"/>
          <w:b/>
          <w:bCs/>
        </w:rPr>
        <w:t xml:space="preserve"> (</w:t>
      </w:r>
      <w:r w:rsidR="007C0C60" w:rsidRPr="00826AA7">
        <w:rPr>
          <w:rFonts w:ascii="Nirmala Text" w:hAnsi="Nirmala Text" w:cs="Nirmala Text"/>
          <w:b/>
          <w:bCs/>
          <w:lang w:bidi="hi-IN"/>
        </w:rPr>
        <w:t>रिसर्च</w:t>
      </w:r>
      <w:r w:rsidR="003B5F69" w:rsidRPr="00826AA7">
        <w:rPr>
          <w:rFonts w:ascii="Nirmala Text" w:hAnsi="Nirmala Text" w:cs="Nirmala Text"/>
          <w:b/>
          <w:bCs/>
        </w:rPr>
        <w:t>)</w:t>
      </w:r>
    </w:p>
    <w:p w:rsidR="00123007" w:rsidRPr="00EE07A6" w:rsidRDefault="006358A0" w:rsidP="00533AD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9566FC" w:rsidRPr="00EE07A6">
        <w:rPr>
          <w:sz w:val="20"/>
          <w:szCs w:val="20"/>
        </w:rPr>
        <w:t xml:space="preserve">The above details are verified from records. / </w:t>
      </w:r>
      <w:r w:rsidR="009566FC" w:rsidRPr="00EE07A6">
        <w:rPr>
          <w:sz w:val="20"/>
          <w:szCs w:val="20"/>
          <w:cs/>
          <w:lang w:bidi="hi-IN"/>
        </w:rPr>
        <w:t>उपरोक्त</w:t>
      </w:r>
      <w:r w:rsidR="009566FC" w:rsidRPr="00EE07A6">
        <w:rPr>
          <w:sz w:val="20"/>
          <w:szCs w:val="20"/>
        </w:rPr>
        <w:t xml:space="preserve"> </w:t>
      </w:r>
      <w:r w:rsidR="009566FC" w:rsidRPr="00EE07A6">
        <w:rPr>
          <w:sz w:val="20"/>
          <w:szCs w:val="20"/>
          <w:cs/>
          <w:lang w:bidi="hi-IN"/>
        </w:rPr>
        <w:t>विवरण</w:t>
      </w:r>
      <w:r w:rsidR="009566FC" w:rsidRPr="00EE07A6">
        <w:rPr>
          <w:sz w:val="20"/>
          <w:szCs w:val="20"/>
        </w:rPr>
        <w:t xml:space="preserve"> </w:t>
      </w:r>
      <w:r w:rsidR="009566FC" w:rsidRPr="00EE07A6">
        <w:rPr>
          <w:sz w:val="20"/>
          <w:szCs w:val="20"/>
          <w:cs/>
          <w:lang w:bidi="hi-IN"/>
        </w:rPr>
        <w:t>रिकॉर्ड</w:t>
      </w:r>
      <w:r w:rsidR="009566FC" w:rsidRPr="00EE07A6">
        <w:rPr>
          <w:sz w:val="20"/>
          <w:szCs w:val="20"/>
        </w:rPr>
        <w:t xml:space="preserve"> </w:t>
      </w:r>
      <w:r w:rsidR="009566FC" w:rsidRPr="00EE07A6">
        <w:rPr>
          <w:sz w:val="20"/>
          <w:szCs w:val="20"/>
          <w:cs/>
          <w:lang w:bidi="hi-IN"/>
        </w:rPr>
        <w:t>से</w:t>
      </w:r>
      <w:r w:rsidR="009566FC" w:rsidRPr="00EE07A6">
        <w:rPr>
          <w:sz w:val="20"/>
          <w:szCs w:val="20"/>
        </w:rPr>
        <w:t xml:space="preserve"> </w:t>
      </w:r>
      <w:r w:rsidR="009566FC" w:rsidRPr="00EE07A6">
        <w:rPr>
          <w:sz w:val="20"/>
          <w:szCs w:val="20"/>
          <w:cs/>
          <w:lang w:bidi="hi-IN"/>
        </w:rPr>
        <w:t>सत्यापित</w:t>
      </w:r>
      <w:r w:rsidR="009566FC" w:rsidRPr="00EE07A6">
        <w:rPr>
          <w:sz w:val="20"/>
          <w:szCs w:val="20"/>
        </w:rPr>
        <w:t xml:space="preserve"> </w:t>
      </w:r>
      <w:r w:rsidR="009566FC" w:rsidRPr="00EE07A6">
        <w:rPr>
          <w:sz w:val="20"/>
          <w:szCs w:val="20"/>
          <w:cs/>
          <w:lang w:bidi="hi-IN"/>
        </w:rPr>
        <w:t>हैं।</w:t>
      </w:r>
    </w:p>
    <w:p w:rsidR="00123007" w:rsidRDefault="006358A0">
      <w:pPr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9566FC" w:rsidRPr="00423247">
        <w:rPr>
          <w:sz w:val="20"/>
          <w:szCs w:val="20"/>
        </w:rPr>
        <w:t xml:space="preserve">Card No. / </w:t>
      </w:r>
      <w:r w:rsidR="009566FC" w:rsidRPr="00423247">
        <w:rPr>
          <w:rFonts w:cs="Mangal"/>
          <w:sz w:val="20"/>
          <w:szCs w:val="20"/>
          <w:cs/>
          <w:lang w:bidi="hi-IN"/>
        </w:rPr>
        <w:t>कार्ड</w:t>
      </w:r>
      <w:r w:rsidR="009566FC" w:rsidRPr="00423247">
        <w:rPr>
          <w:sz w:val="20"/>
          <w:szCs w:val="20"/>
        </w:rPr>
        <w:t xml:space="preserve"> </w:t>
      </w:r>
      <w:r w:rsidR="009566FC" w:rsidRPr="00423247">
        <w:rPr>
          <w:rFonts w:cs="Mangal"/>
          <w:sz w:val="20"/>
          <w:szCs w:val="20"/>
          <w:cs/>
          <w:lang w:bidi="hi-IN"/>
        </w:rPr>
        <w:t>संख्या</w:t>
      </w:r>
      <w:r w:rsidR="00423247" w:rsidRPr="00423247">
        <w:rPr>
          <w:sz w:val="20"/>
          <w:szCs w:val="20"/>
        </w:rPr>
        <w:t>: ……………………</w:t>
      </w:r>
      <w:r w:rsidR="00FC26D2">
        <w:rPr>
          <w:sz w:val="20"/>
          <w:szCs w:val="20"/>
        </w:rPr>
        <w:t>…….</w:t>
      </w:r>
      <w:r w:rsidR="00423247" w:rsidRPr="00423247">
        <w:rPr>
          <w:sz w:val="20"/>
          <w:szCs w:val="20"/>
        </w:rPr>
        <w:t>.</w:t>
      </w:r>
      <w:r w:rsidR="009566FC" w:rsidRPr="00423247">
        <w:rPr>
          <w:sz w:val="20"/>
          <w:szCs w:val="20"/>
        </w:rPr>
        <w:t xml:space="preserve">Period of Validity / </w:t>
      </w:r>
      <w:r w:rsidR="009566FC" w:rsidRPr="00423247">
        <w:rPr>
          <w:rFonts w:cs="Mangal"/>
          <w:sz w:val="20"/>
          <w:szCs w:val="20"/>
          <w:cs/>
          <w:lang w:bidi="hi-IN"/>
        </w:rPr>
        <w:t>वैधता</w:t>
      </w:r>
      <w:r w:rsidR="009566FC" w:rsidRPr="00423247">
        <w:rPr>
          <w:sz w:val="20"/>
          <w:szCs w:val="20"/>
        </w:rPr>
        <w:t xml:space="preserve"> </w:t>
      </w:r>
      <w:r w:rsidR="009566FC" w:rsidRPr="00423247">
        <w:rPr>
          <w:rFonts w:cs="Mangal"/>
          <w:sz w:val="20"/>
          <w:szCs w:val="20"/>
          <w:cs/>
          <w:lang w:bidi="hi-IN"/>
        </w:rPr>
        <w:t>अवधि</w:t>
      </w:r>
      <w:r w:rsidR="00423247" w:rsidRPr="00423247">
        <w:rPr>
          <w:sz w:val="20"/>
          <w:szCs w:val="20"/>
        </w:rPr>
        <w:t>: ……………………..</w:t>
      </w:r>
      <w:r w:rsidR="009566FC" w:rsidRPr="00423247">
        <w:rPr>
          <w:sz w:val="20"/>
          <w:szCs w:val="20"/>
        </w:rPr>
        <w:t xml:space="preserve">Date of Issue / </w:t>
      </w:r>
      <w:r w:rsidR="009566FC" w:rsidRPr="00423247">
        <w:rPr>
          <w:rFonts w:cs="Mangal"/>
          <w:sz w:val="20"/>
          <w:szCs w:val="20"/>
          <w:cs/>
          <w:lang w:bidi="hi-IN"/>
        </w:rPr>
        <w:t>जारी</w:t>
      </w:r>
      <w:r w:rsidR="009566FC" w:rsidRPr="00423247">
        <w:rPr>
          <w:sz w:val="20"/>
          <w:szCs w:val="20"/>
        </w:rPr>
        <w:t xml:space="preserve"> </w:t>
      </w:r>
      <w:r w:rsidR="009566FC" w:rsidRPr="00423247">
        <w:rPr>
          <w:rFonts w:cs="Mangal"/>
          <w:sz w:val="20"/>
          <w:szCs w:val="20"/>
          <w:cs/>
          <w:lang w:bidi="hi-IN"/>
        </w:rPr>
        <w:t>करने</w:t>
      </w:r>
      <w:r w:rsidR="009566FC" w:rsidRPr="00423247">
        <w:rPr>
          <w:sz w:val="20"/>
          <w:szCs w:val="20"/>
        </w:rPr>
        <w:t xml:space="preserve"> </w:t>
      </w:r>
      <w:r w:rsidR="009566FC" w:rsidRPr="00423247">
        <w:rPr>
          <w:rFonts w:cs="Mangal"/>
          <w:sz w:val="20"/>
          <w:szCs w:val="20"/>
          <w:cs/>
          <w:lang w:bidi="hi-IN"/>
        </w:rPr>
        <w:t>की</w:t>
      </w:r>
      <w:r w:rsidR="009566FC" w:rsidRPr="00423247">
        <w:rPr>
          <w:sz w:val="20"/>
          <w:szCs w:val="20"/>
        </w:rPr>
        <w:t xml:space="preserve"> </w:t>
      </w:r>
      <w:r w:rsidR="009566FC" w:rsidRPr="00423247">
        <w:rPr>
          <w:rFonts w:cs="Mangal"/>
          <w:sz w:val="20"/>
          <w:szCs w:val="20"/>
          <w:cs/>
          <w:lang w:bidi="hi-IN"/>
        </w:rPr>
        <w:t>तिथि</w:t>
      </w:r>
      <w:r w:rsidR="00423247" w:rsidRPr="00423247">
        <w:rPr>
          <w:sz w:val="20"/>
          <w:szCs w:val="20"/>
        </w:rPr>
        <w:t>:…………………….</w:t>
      </w:r>
    </w:p>
    <w:p w:rsidR="00DA1C05" w:rsidRPr="00423247" w:rsidRDefault="00DA1C05">
      <w:pPr>
        <w:rPr>
          <w:sz w:val="20"/>
          <w:szCs w:val="20"/>
        </w:rPr>
      </w:pPr>
    </w:p>
    <w:p w:rsidR="00553EB3" w:rsidRDefault="006358A0" w:rsidP="00DA1C05">
      <w:pPr>
        <w:spacing w:after="0"/>
        <w:rPr>
          <w:b/>
          <w:bCs/>
          <w:sz w:val="20"/>
          <w:szCs w:val="20"/>
          <w:lang w:bidi="hi-IN"/>
        </w:rPr>
      </w:pPr>
      <w:r>
        <w:rPr>
          <w:b/>
          <w:bCs/>
          <w:sz w:val="20"/>
          <w:szCs w:val="20"/>
          <w:lang w:bidi="hi-IN"/>
        </w:rPr>
        <w:t xml:space="preserve">   </w:t>
      </w:r>
      <w:r w:rsidR="00DA1C05">
        <w:rPr>
          <w:rFonts w:hint="cs"/>
          <w:b/>
          <w:bCs/>
          <w:sz w:val="20"/>
          <w:szCs w:val="20"/>
          <w:cs/>
          <w:lang w:bidi="hi-IN"/>
        </w:rPr>
        <w:t>...............................................                                                    .............................................</w:t>
      </w:r>
    </w:p>
    <w:p w:rsidR="00123007" w:rsidRPr="00AA1A06" w:rsidRDefault="006358A0" w:rsidP="00DA1C05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</w:t>
      </w:r>
      <w:r w:rsidR="009566FC" w:rsidRPr="00AA1A06">
        <w:rPr>
          <w:b/>
          <w:bCs/>
          <w:sz w:val="20"/>
          <w:szCs w:val="20"/>
        </w:rPr>
        <w:t xml:space="preserve">Receiver’s Signature with Date / </w:t>
      </w:r>
      <w:r w:rsidR="009566FC" w:rsidRPr="00AA1A06">
        <w:rPr>
          <w:rFonts w:cs="Mangal"/>
          <w:b/>
          <w:bCs/>
          <w:sz w:val="20"/>
          <w:szCs w:val="20"/>
          <w:cs/>
          <w:lang w:bidi="hi-IN"/>
        </w:rPr>
        <w:t>प्राप्तकर्ता</w:t>
      </w:r>
      <w:r w:rsidR="009566FC" w:rsidRPr="00AA1A06">
        <w:rPr>
          <w:b/>
          <w:bCs/>
          <w:sz w:val="20"/>
          <w:szCs w:val="20"/>
        </w:rPr>
        <w:t xml:space="preserve"> </w:t>
      </w:r>
      <w:r w:rsidR="009566FC" w:rsidRPr="00AA1A06">
        <w:rPr>
          <w:rFonts w:cs="Mangal"/>
          <w:b/>
          <w:bCs/>
          <w:sz w:val="20"/>
          <w:szCs w:val="20"/>
          <w:cs/>
          <w:lang w:bidi="hi-IN"/>
        </w:rPr>
        <w:t>के</w:t>
      </w:r>
      <w:r w:rsidR="009566FC" w:rsidRPr="00AA1A06">
        <w:rPr>
          <w:b/>
          <w:bCs/>
          <w:sz w:val="20"/>
          <w:szCs w:val="20"/>
        </w:rPr>
        <w:t xml:space="preserve"> </w:t>
      </w:r>
      <w:r w:rsidR="009566FC" w:rsidRPr="00AA1A06">
        <w:rPr>
          <w:rFonts w:cs="Mangal"/>
          <w:b/>
          <w:bCs/>
          <w:sz w:val="20"/>
          <w:szCs w:val="20"/>
          <w:cs/>
          <w:lang w:bidi="hi-IN"/>
        </w:rPr>
        <w:t>हस्ताक्षर</w:t>
      </w:r>
      <w:r w:rsidR="009566FC" w:rsidRPr="00AA1A06">
        <w:rPr>
          <w:b/>
          <w:bCs/>
          <w:sz w:val="20"/>
          <w:szCs w:val="20"/>
        </w:rPr>
        <w:t xml:space="preserve"> (</w:t>
      </w:r>
      <w:r w:rsidR="009566FC" w:rsidRPr="00AA1A06">
        <w:rPr>
          <w:rFonts w:cs="Mangal"/>
          <w:b/>
          <w:bCs/>
          <w:sz w:val="20"/>
          <w:szCs w:val="20"/>
          <w:cs/>
          <w:lang w:bidi="hi-IN"/>
        </w:rPr>
        <w:t>तिथि</w:t>
      </w:r>
      <w:r w:rsidR="009566FC" w:rsidRPr="00AA1A06">
        <w:rPr>
          <w:b/>
          <w:bCs/>
          <w:sz w:val="20"/>
          <w:szCs w:val="20"/>
        </w:rPr>
        <w:t xml:space="preserve"> </w:t>
      </w:r>
      <w:r w:rsidR="009566FC" w:rsidRPr="00AA1A06">
        <w:rPr>
          <w:rFonts w:cs="Mangal"/>
          <w:b/>
          <w:bCs/>
          <w:sz w:val="20"/>
          <w:szCs w:val="20"/>
          <w:cs/>
          <w:lang w:bidi="hi-IN"/>
        </w:rPr>
        <w:t>सहित</w:t>
      </w:r>
      <w:r w:rsidR="00AA1A06" w:rsidRPr="00AA1A06">
        <w:rPr>
          <w:b/>
          <w:bCs/>
          <w:sz w:val="20"/>
          <w:szCs w:val="20"/>
        </w:rPr>
        <w:t xml:space="preserve">):                                                       </w:t>
      </w:r>
      <w:r w:rsidR="00F618A3">
        <w:rPr>
          <w:b/>
          <w:bCs/>
          <w:sz w:val="20"/>
          <w:szCs w:val="20"/>
        </w:rPr>
        <w:t xml:space="preserve">                            </w:t>
      </w:r>
      <w:r w:rsidR="00AA1A06" w:rsidRPr="00AA1A06">
        <w:rPr>
          <w:b/>
          <w:bCs/>
          <w:sz w:val="20"/>
          <w:szCs w:val="20"/>
        </w:rPr>
        <w:t>(</w:t>
      </w:r>
      <w:r w:rsidR="00AA1A06" w:rsidRPr="00AA1A06">
        <w:rPr>
          <w:b/>
          <w:bCs/>
        </w:rPr>
        <w:t>CFAO</w:t>
      </w:r>
      <w:r w:rsidR="00F618A3">
        <w:rPr>
          <w:rFonts w:hint="cs"/>
          <w:b/>
          <w:bCs/>
          <w:cs/>
          <w:lang w:bidi="hi-IN"/>
        </w:rPr>
        <w:t>/</w:t>
      </w:r>
      <w:r w:rsidR="00F618A3">
        <w:rPr>
          <w:rFonts w:hint="cs"/>
          <w:b/>
          <w:bCs/>
          <w:sz w:val="20"/>
          <w:szCs w:val="20"/>
          <w:cs/>
          <w:lang w:bidi="hi-IN"/>
        </w:rPr>
        <w:t>मु</w:t>
      </w:r>
      <w:r w:rsidR="00F618A3">
        <w:rPr>
          <w:b/>
          <w:bCs/>
          <w:sz w:val="20"/>
          <w:szCs w:val="20"/>
          <w:cs/>
          <w:lang w:bidi="hi-IN"/>
        </w:rPr>
        <w:t>.वि.प्र.अ.</w:t>
      </w:r>
      <w:r w:rsidR="00AA1A06" w:rsidRPr="00AA1A06">
        <w:rPr>
          <w:b/>
          <w:bCs/>
        </w:rPr>
        <w:t>)</w:t>
      </w:r>
    </w:p>
    <w:p w:rsidR="00123007" w:rsidRPr="00F26607" w:rsidRDefault="006358A0" w:rsidP="00D122BD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9566FC" w:rsidRPr="00F26607">
        <w:rPr>
          <w:sz w:val="20"/>
          <w:szCs w:val="20"/>
        </w:rPr>
        <w:t xml:space="preserve">Note / </w:t>
      </w:r>
      <w:r w:rsidR="009566FC" w:rsidRPr="00F26607">
        <w:rPr>
          <w:rFonts w:cs="Mangal"/>
          <w:sz w:val="20"/>
          <w:szCs w:val="20"/>
          <w:cs/>
          <w:lang w:bidi="hi-IN"/>
        </w:rPr>
        <w:t>नोट</w:t>
      </w:r>
      <w:r w:rsidR="009566FC" w:rsidRPr="00F26607">
        <w:rPr>
          <w:sz w:val="20"/>
          <w:szCs w:val="20"/>
        </w:rPr>
        <w:t>:</w:t>
      </w:r>
    </w:p>
    <w:p w:rsidR="00123007" w:rsidRPr="00F26607" w:rsidRDefault="006358A0" w:rsidP="00D122BD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9566FC" w:rsidRPr="00F26607">
        <w:rPr>
          <w:sz w:val="20"/>
          <w:szCs w:val="20"/>
        </w:rPr>
        <w:t xml:space="preserve">(i) Non-laminated cards for Project Assistants &amp; Interns / </w:t>
      </w:r>
      <w:r w:rsidR="009566FC" w:rsidRPr="00F26607">
        <w:rPr>
          <w:rFonts w:cs="Mangal"/>
          <w:sz w:val="20"/>
          <w:szCs w:val="20"/>
          <w:cs/>
          <w:lang w:bidi="hi-IN"/>
        </w:rPr>
        <w:t>परियोजना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सहायकों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और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इंटर्न्स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के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लिए</w:t>
      </w:r>
      <w:r w:rsidR="009566FC" w:rsidRPr="00F26607">
        <w:rPr>
          <w:sz w:val="20"/>
          <w:szCs w:val="20"/>
        </w:rPr>
        <w:t xml:space="preserve"> </w:t>
      </w:r>
      <w:r w:rsidR="00553EB3">
        <w:rPr>
          <w:rFonts w:cs="Mangal" w:hint="cs"/>
          <w:sz w:val="20"/>
          <w:szCs w:val="20"/>
          <w:cs/>
          <w:lang w:bidi="hi-IN"/>
        </w:rPr>
        <w:t>नॉन</w:t>
      </w:r>
      <w:r w:rsidR="009566FC" w:rsidRPr="00F26607">
        <w:rPr>
          <w:sz w:val="20"/>
          <w:szCs w:val="20"/>
        </w:rPr>
        <w:t>-</w:t>
      </w:r>
      <w:r w:rsidR="009566FC" w:rsidRPr="00F26607">
        <w:rPr>
          <w:rFonts w:cs="Mangal"/>
          <w:sz w:val="20"/>
          <w:szCs w:val="20"/>
          <w:cs/>
          <w:lang w:bidi="hi-IN"/>
        </w:rPr>
        <w:t>लेमिनेटेड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कार्ड</w:t>
      </w:r>
    </w:p>
    <w:p w:rsidR="00123007" w:rsidRPr="00F26607" w:rsidRDefault="006358A0" w:rsidP="003C164A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9566FC" w:rsidRPr="00F26607">
        <w:rPr>
          <w:sz w:val="20"/>
          <w:szCs w:val="20"/>
        </w:rPr>
        <w:t xml:space="preserve">(ii) Laminated cards for PhD and PDFs / </w:t>
      </w:r>
      <w:r w:rsidR="009566FC" w:rsidRPr="00F26607">
        <w:rPr>
          <w:rFonts w:cs="Mangal"/>
          <w:sz w:val="20"/>
          <w:szCs w:val="20"/>
          <w:cs/>
          <w:lang w:bidi="hi-IN"/>
        </w:rPr>
        <w:t>पीएच</w:t>
      </w:r>
      <w:r w:rsidR="009566FC" w:rsidRPr="00F26607">
        <w:rPr>
          <w:sz w:val="20"/>
          <w:szCs w:val="20"/>
        </w:rPr>
        <w:t>.</w:t>
      </w:r>
      <w:r w:rsidR="009566FC" w:rsidRPr="00F26607">
        <w:rPr>
          <w:rFonts w:cs="Mangal"/>
          <w:sz w:val="20"/>
          <w:szCs w:val="20"/>
          <w:cs/>
          <w:lang w:bidi="hi-IN"/>
        </w:rPr>
        <w:t>डी</w:t>
      </w:r>
      <w:r w:rsidR="009566FC" w:rsidRPr="00F26607">
        <w:rPr>
          <w:sz w:val="20"/>
          <w:szCs w:val="20"/>
        </w:rPr>
        <w:t xml:space="preserve">. </w:t>
      </w:r>
      <w:r w:rsidR="009566FC" w:rsidRPr="00F26607">
        <w:rPr>
          <w:rFonts w:cs="Mangal"/>
          <w:sz w:val="20"/>
          <w:szCs w:val="20"/>
          <w:cs/>
          <w:lang w:bidi="hi-IN"/>
        </w:rPr>
        <w:t>और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पीडीएफ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के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लिए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लेमिनेटेड</w:t>
      </w:r>
      <w:r w:rsidR="009566FC" w:rsidRPr="00F26607">
        <w:rPr>
          <w:sz w:val="20"/>
          <w:szCs w:val="20"/>
        </w:rPr>
        <w:t xml:space="preserve"> </w:t>
      </w:r>
      <w:r w:rsidR="009566FC" w:rsidRPr="00F26607">
        <w:rPr>
          <w:rFonts w:cs="Mangal"/>
          <w:sz w:val="20"/>
          <w:szCs w:val="20"/>
          <w:cs/>
          <w:lang w:bidi="hi-IN"/>
        </w:rPr>
        <w:t>कार्ड</w:t>
      </w:r>
    </w:p>
    <w:sectPr w:rsidR="00123007" w:rsidRPr="00F26607" w:rsidSect="003B5F69">
      <w:pgSz w:w="12240" w:h="15840"/>
      <w:pgMar w:top="170" w:right="249" w:bottom="170" w:left="24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199" w:rsidRDefault="00E46199" w:rsidP="005B3243">
      <w:pPr>
        <w:spacing w:after="0" w:line="240" w:lineRule="auto"/>
      </w:pPr>
      <w:r>
        <w:separator/>
      </w:r>
    </w:p>
  </w:endnote>
  <w:endnote w:type="continuationSeparator" w:id="0">
    <w:p w:rsidR="00E46199" w:rsidRDefault="00E46199" w:rsidP="005B3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Nirmala Text">
    <w:altName w:val="Nirmala UI"/>
    <w:charset w:val="00"/>
    <w:family w:val="swiss"/>
    <w:pitch w:val="variable"/>
    <w:sig w:usb0="00000003" w:usb1="0200004A" w:usb2="000002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199" w:rsidRDefault="00E46199" w:rsidP="005B3243">
      <w:pPr>
        <w:spacing w:after="0" w:line="240" w:lineRule="auto"/>
      </w:pPr>
      <w:r>
        <w:separator/>
      </w:r>
    </w:p>
  </w:footnote>
  <w:footnote w:type="continuationSeparator" w:id="0">
    <w:p w:rsidR="00E46199" w:rsidRDefault="00E46199" w:rsidP="005B32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42685"/>
    <w:rsid w:val="0006063C"/>
    <w:rsid w:val="00085B7E"/>
    <w:rsid w:val="000E4697"/>
    <w:rsid w:val="000F6BB9"/>
    <w:rsid w:val="000F7046"/>
    <w:rsid w:val="00123007"/>
    <w:rsid w:val="001318C8"/>
    <w:rsid w:val="0015074B"/>
    <w:rsid w:val="00155FD8"/>
    <w:rsid w:val="002270D9"/>
    <w:rsid w:val="00284FC8"/>
    <w:rsid w:val="0029639D"/>
    <w:rsid w:val="002C0EA3"/>
    <w:rsid w:val="00326F90"/>
    <w:rsid w:val="00356156"/>
    <w:rsid w:val="0036720E"/>
    <w:rsid w:val="003B5F69"/>
    <w:rsid w:val="003C164A"/>
    <w:rsid w:val="003D4BE5"/>
    <w:rsid w:val="003D579B"/>
    <w:rsid w:val="00423247"/>
    <w:rsid w:val="00446BFA"/>
    <w:rsid w:val="0046169D"/>
    <w:rsid w:val="004A4501"/>
    <w:rsid w:val="004E39AA"/>
    <w:rsid w:val="00523CE7"/>
    <w:rsid w:val="00533AD1"/>
    <w:rsid w:val="00553EB3"/>
    <w:rsid w:val="00586DA5"/>
    <w:rsid w:val="005B3243"/>
    <w:rsid w:val="00612070"/>
    <w:rsid w:val="006358A0"/>
    <w:rsid w:val="00663C0C"/>
    <w:rsid w:val="007102CE"/>
    <w:rsid w:val="00746B86"/>
    <w:rsid w:val="007C0C60"/>
    <w:rsid w:val="00820DC5"/>
    <w:rsid w:val="00821DE6"/>
    <w:rsid w:val="00826AA7"/>
    <w:rsid w:val="008C30BC"/>
    <w:rsid w:val="008E0059"/>
    <w:rsid w:val="00954509"/>
    <w:rsid w:val="009566FC"/>
    <w:rsid w:val="009679A5"/>
    <w:rsid w:val="009870B0"/>
    <w:rsid w:val="00A614BE"/>
    <w:rsid w:val="00AA1A06"/>
    <w:rsid w:val="00AA1D8D"/>
    <w:rsid w:val="00B47730"/>
    <w:rsid w:val="00B92F5B"/>
    <w:rsid w:val="00BD7B6A"/>
    <w:rsid w:val="00BF32C2"/>
    <w:rsid w:val="00C227AB"/>
    <w:rsid w:val="00C24A67"/>
    <w:rsid w:val="00C65BF8"/>
    <w:rsid w:val="00CB0664"/>
    <w:rsid w:val="00D122BD"/>
    <w:rsid w:val="00D526C7"/>
    <w:rsid w:val="00DA1C05"/>
    <w:rsid w:val="00E46199"/>
    <w:rsid w:val="00EE07A6"/>
    <w:rsid w:val="00EE6AEF"/>
    <w:rsid w:val="00EF4330"/>
    <w:rsid w:val="00F26607"/>
    <w:rsid w:val="00F57C60"/>
    <w:rsid w:val="00F618A3"/>
    <w:rsid w:val="00F753ED"/>
    <w:rsid w:val="00FA0A51"/>
    <w:rsid w:val="00FC26D2"/>
    <w:rsid w:val="00FC598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docId w15:val="{D1A6018B-603E-4C5D-831D-AE01DC71E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618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18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E7274CF-DFC6-4320-8CB8-8669A6018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1788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cp:lastPrinted>2025-07-22T06:09:00Z</cp:lastPrinted>
  <dcterms:created xsi:type="dcterms:W3CDTF">2026-02-09T11:29:00Z</dcterms:created>
  <dcterms:modified xsi:type="dcterms:W3CDTF">2026-02-09T11:29:00Z</dcterms:modified>
  <cp:category/>
</cp:coreProperties>
</file>